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60" w:line="240" w:lineRule="auto"/>
        <w:jc w:val="center"/>
      </w:pPr>
      <w:r>
        <w:rPr>
          <w:rFonts w:ascii="Aptos ExtraBold" w:hAnsi="Aptos ExtraBold" w:cs="Aptos ExtraBold" w:eastAsia="Aptos ExtraBold"/>
          <w:b/>
          <w:i w:val="0"/>
          <w:color w:val="000000"/>
          <w:sz w:val="56"/>
        </w:rPr>
        <w:t>TPC Membership</w:t>
      </w:r>
    </w:p>
    <w:p>
      <w:pPr>
        <w:spacing w:before="40" w:after="240" w:line="240" w:lineRule="auto"/>
        <w:jc w:val="center"/>
      </w:pPr>
      <w:r>
        <w:rPr>
          <w:rFonts w:ascii="Aptos" w:hAnsi="Aptos" w:cs="Aptos" w:eastAsia="Aptos"/>
          <w:b w:val="0"/>
          <w:i w:val="0"/>
          <w:color w:val="000000"/>
          <w:sz w:val="28"/>
        </w:rPr>
        <w:t>(as of September 2026)</w:t>
      </w:r>
    </w:p>
    <w:p>
      <w:pPr>
        <w:spacing w:before="80" w:after="200" w:line="240" w:lineRule="auto"/>
        <w:jc w:val="center"/>
      </w:pPr>
      <w:r>
        <w:rPr>
          <w:rFonts w:ascii="Aptos" w:hAnsi="Aptos" w:cs="Aptos" w:eastAsia="Aptos"/>
          <w:b w:val="0"/>
          <w:i w:val="0"/>
          <w:color w:val="000000"/>
          <w:sz w:val="36"/>
        </w:rPr>
        <w:t>Full Members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</w:tblPr>
      <w:tblGrid>
        <w:gridCol w:w="1872"/>
        <w:gridCol w:w="1872"/>
        <w:gridCol w:w="1872"/>
        <w:gridCol w:w="1872"/>
        <w:gridCol w:w="1872"/>
      </w:tblGrid>
      <w:tr>
        <w:trPr>
          <w:trHeight w:val="1670" w:hRule="exact"/>
          <w:cantSplit/>
        </w:trPr>
        <w:tc>
          <w:tcPr>
            <w:tcW w:type="dxa" w:w="1872"/>
            <w:vAlign w:val="center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042416" cy="562867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libaba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2416" cy="56286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872"/>
            <w:vAlign w:val="center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042416" cy="347311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MD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2416" cy="34731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872"/>
            <w:vAlign w:val="center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042416" cy="653812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ell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2416" cy="65381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872"/>
            <w:vAlign w:val="center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042416" cy="389273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HP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2416" cy="38927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872"/>
            <w:vAlign w:val="center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042416" cy="275735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Hitachi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2416" cy="27573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670" w:hRule="exact"/>
          <w:cantSplit/>
        </w:trPr>
        <w:tc>
          <w:tcPr>
            <w:tcW w:type="dxa" w:w="1872"/>
            <w:vAlign w:val="center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13605" cy="914399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Huawei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605" cy="9143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872"/>
            <w:vAlign w:val="center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042416" cy="486153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ntel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2416" cy="48615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872"/>
            <w:vAlign w:val="center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042416" cy="432659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enovo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2416" cy="43265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872"/>
            <w:vAlign w:val="center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042416" cy="322777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Microsoft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2416" cy="32277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872"/>
            <w:vAlign w:val="center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042416" cy="242705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Nutanix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2416" cy="24270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670" w:hRule="exact"/>
          <w:cantSplit/>
        </w:trPr>
        <w:tc>
          <w:tcPr>
            <w:tcW w:type="dxa" w:w="1872"/>
            <w:vAlign w:val="center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042416" cy="810958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NVIDIA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2416" cy="81095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872"/>
            <w:vAlign w:val="center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042416" cy="246831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Oracle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2416" cy="24683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872"/>
            <w:vAlign w:val="center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042416" cy="343500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Red_Hat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2416" cy="3435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872"/>
            <w:vAlign w:val="center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042416" cy="300634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encent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2416" cy="30063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872"/>
            <w:vAlign w:val="center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042416" cy="309100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imecho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2416" cy="30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670" w:hRule="exact"/>
          <w:cantSplit/>
        </w:trPr>
        <w:tc>
          <w:tcPr>
            <w:tcW w:type="dxa" w:w="1872"/>
            <w:vAlign w:val="center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042416" cy="329184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ranswarp.pn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2416" cy="32918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872"/>
            <w:vAlign w:val="center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042416" cy="661483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TA.png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2416" cy="66148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872"/>
            <w:vAlign w:val="center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042416" cy="267396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VMware.pn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2416" cy="2673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872"/>
            <w:vAlign w:val="center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type="dxa" w:w="1872"/>
            <w:vAlign w:val="center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40" w:lineRule="auto"/>
              <w:jc w:val="center"/>
            </w:pPr>
          </w:p>
        </w:tc>
      </w:tr>
    </w:tbl>
    <w:p>
      <w:pPr>
        <w:spacing w:before="360" w:after="200" w:line="240" w:lineRule="auto"/>
        <w:jc w:val="center"/>
      </w:pPr>
      <w:r>
        <w:rPr>
          <w:rFonts w:ascii="Aptos" w:hAnsi="Aptos" w:cs="Aptos" w:eastAsia="Aptos"/>
          <w:b w:val="0"/>
          <w:i w:val="0"/>
          <w:color w:val="000000"/>
          <w:sz w:val="36"/>
        </w:rPr>
        <w:t>Associate Members</w:t>
      </w:r>
    </w:p>
    <w:tbl>
      <w:tblPr>
        <w:tblW w:type="dxa" w:w="5616"/>
        <w:jc w:val="center"/>
        <w:tblLayout w:type="fixed"/>
        <w:tblLook w:firstColumn="1" w:firstRow="1" w:lastColumn="0" w:lastRow="0" w:noHBand="0" w:noVBand="1" w:val="04A0"/>
      </w:tblPr>
      <w:tblGrid>
        <w:gridCol w:w="1872"/>
        <w:gridCol w:w="1872"/>
        <w:gridCol w:w="1872"/>
      </w:tblGrid>
      <w:tr>
        <w:trPr>
          <w:trHeight w:val="1670" w:hRule="exact"/>
        </w:trPr>
        <w:tc>
          <w:tcPr>
            <w:tcW w:type="dxa" w:w="1872"/>
            <w:vAlign w:val="center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042416" cy="598278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niversidade_de_Coimbra.png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2416" cy="59827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872"/>
            <w:vAlign w:val="center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042416" cy="398360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ec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2416" cy="3983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872"/>
            <w:vAlign w:val="center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042416" cy="415491"/>
                  <wp:docPr id="21" name="Picture 2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singhua_University.png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2416" cy="41549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 w:rsidR="00FC693F" w:rsidRPr="0006063C" w:rsidSect="00034616">
      <w:pgSz w:w="12240" w:h="15840"/>
      <w:pgMar w:top="1008" w:right="1080" w:bottom="79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 w:cs="Aptos" w:eastAsia="Aptos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4.png"/><Relationship Id="rId23" Type="http://schemas.openxmlformats.org/officeDocument/2006/relationships/image" Target="media/image15.png"/><Relationship Id="rId24" Type="http://schemas.openxmlformats.org/officeDocument/2006/relationships/image" Target="media/image16.png"/><Relationship Id="rId25" Type="http://schemas.openxmlformats.org/officeDocument/2006/relationships/image" Target="media/image17.png"/><Relationship Id="rId26" Type="http://schemas.openxmlformats.org/officeDocument/2006/relationships/image" Target="media/image18.png"/><Relationship Id="rId27" Type="http://schemas.openxmlformats.org/officeDocument/2006/relationships/image" Target="media/image19.png"/><Relationship Id="rId28" Type="http://schemas.openxmlformats.org/officeDocument/2006/relationships/image" Target="media/image20.png"/><Relationship Id="rId29" Type="http://schemas.openxmlformats.org/officeDocument/2006/relationships/image" Target="media/image2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